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1A943" w14:textId="08810EBB" w:rsidR="00093B16" w:rsidRDefault="00093B16">
      <w:pPr>
        <w:spacing w:after="8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55BF8F62" wp14:editId="2004BA3E">
            <wp:simplePos x="0" y="0"/>
            <wp:positionH relativeFrom="column">
              <wp:posOffset>3864051</wp:posOffset>
            </wp:positionH>
            <wp:positionV relativeFrom="paragraph">
              <wp:posOffset>-109817</wp:posOffset>
            </wp:positionV>
            <wp:extent cx="2163170" cy="841891"/>
            <wp:effectExtent l="0" t="0" r="0" b="0"/>
            <wp:wrapNone/>
            <wp:docPr id="1612606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170" cy="84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52945963" wp14:editId="156E8F2E">
            <wp:simplePos x="0" y="0"/>
            <wp:positionH relativeFrom="column">
              <wp:posOffset>2009</wp:posOffset>
            </wp:positionH>
            <wp:positionV relativeFrom="paragraph">
              <wp:posOffset>6160</wp:posOffset>
            </wp:positionV>
            <wp:extent cx="3053545" cy="620974"/>
            <wp:effectExtent l="0" t="0" r="0" b="8255"/>
            <wp:wrapNone/>
            <wp:docPr id="82084484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844842" name="Immagine 82084484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966" cy="6239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993391" w14:textId="395F57F2" w:rsidR="00093B16" w:rsidRDefault="00093B16">
      <w:pPr>
        <w:spacing w:after="80"/>
        <w:jc w:val="center"/>
        <w:rPr>
          <w:b/>
          <w:sz w:val="24"/>
          <w:szCs w:val="24"/>
        </w:rPr>
      </w:pPr>
    </w:p>
    <w:p w14:paraId="1C9D39FD" w14:textId="77777777" w:rsidR="00093B16" w:rsidRDefault="00093B16">
      <w:pPr>
        <w:spacing w:after="80"/>
        <w:jc w:val="center"/>
        <w:rPr>
          <w:b/>
          <w:sz w:val="24"/>
          <w:szCs w:val="24"/>
        </w:rPr>
      </w:pPr>
    </w:p>
    <w:p w14:paraId="7DA679AE" w14:textId="661DB45D" w:rsidR="0076252A" w:rsidRPr="00152329" w:rsidRDefault="00000000">
      <w:pPr>
        <w:spacing w:after="80"/>
        <w:jc w:val="center"/>
        <w:rPr>
          <w:sz w:val="24"/>
          <w:szCs w:val="24"/>
        </w:rPr>
      </w:pPr>
      <w:r w:rsidRPr="00152329">
        <w:rPr>
          <w:b/>
          <w:sz w:val="24"/>
          <w:szCs w:val="24"/>
        </w:rPr>
        <w:t>MANIFESTAZIONE DI INTERESSE</w:t>
      </w:r>
    </w:p>
    <w:p w14:paraId="769714B3" w14:textId="77777777" w:rsidR="0076252A" w:rsidRPr="00152329" w:rsidRDefault="00000000">
      <w:pPr>
        <w:spacing w:after="60"/>
        <w:jc w:val="center"/>
        <w:rPr>
          <w:sz w:val="24"/>
          <w:szCs w:val="24"/>
        </w:rPr>
      </w:pPr>
      <w:r w:rsidRPr="00152329">
        <w:rPr>
          <w:b/>
          <w:sz w:val="24"/>
          <w:szCs w:val="24"/>
        </w:rPr>
        <w:t>per il coinvolgimento delle imprese del settore agroalimentare</w:t>
      </w:r>
    </w:p>
    <w:p w14:paraId="1D021296" w14:textId="77777777" w:rsidR="0076252A" w:rsidRPr="00152329" w:rsidRDefault="00000000">
      <w:pPr>
        <w:spacing w:after="60"/>
        <w:jc w:val="center"/>
        <w:rPr>
          <w:sz w:val="24"/>
          <w:szCs w:val="24"/>
        </w:rPr>
      </w:pPr>
      <w:r w:rsidRPr="00152329">
        <w:rPr>
          <w:b/>
          <w:sz w:val="24"/>
          <w:szCs w:val="24"/>
        </w:rPr>
        <w:t>“IBLEI INTERNATIONAL EXPERIENCE 2026/2027”</w:t>
      </w:r>
    </w:p>
    <w:p w14:paraId="738FCC32" w14:textId="77777777" w:rsidR="0076252A" w:rsidRPr="00152329" w:rsidRDefault="00000000">
      <w:pPr>
        <w:spacing w:after="160"/>
        <w:jc w:val="center"/>
        <w:rPr>
          <w:sz w:val="24"/>
          <w:szCs w:val="24"/>
        </w:rPr>
      </w:pPr>
      <w:r w:rsidRPr="00152329">
        <w:rPr>
          <w:sz w:val="24"/>
          <w:szCs w:val="24"/>
        </w:rPr>
        <w:t>Taormina Food Expo – 12/15 novembre 2026 | Palazzo dei Congressi di Taormina</w:t>
      </w:r>
    </w:p>
    <w:p w14:paraId="6E9993D8" w14:textId="77777777" w:rsidR="0076252A" w:rsidRDefault="00000000">
      <w:pPr>
        <w:spacing w:after="80"/>
      </w:pPr>
      <w:r>
        <w:t>Il/La sottoscritto/a ________________________________________________________________, nato/a a ______________________________ il ____/____/________, C.F. ________________________________,</w:t>
      </w:r>
    </w:p>
    <w:p w14:paraId="14C9C513" w14:textId="77777777" w:rsidR="0076252A" w:rsidRDefault="00000000">
      <w:pPr>
        <w:spacing w:after="80"/>
      </w:pPr>
      <w:r>
        <w:t>in qualità di ______________________________________________________________ dell’impresa di seguito indicata,</w:t>
      </w:r>
    </w:p>
    <w:p w14:paraId="1B9A2A45" w14:textId="77777777" w:rsidR="0076252A" w:rsidRDefault="00000000" w:rsidP="00152329">
      <w:pPr>
        <w:spacing w:before="80" w:after="80"/>
        <w:jc w:val="center"/>
      </w:pPr>
      <w:r>
        <w:rPr>
          <w:b/>
          <w:sz w:val="22"/>
        </w:rPr>
        <w:t>DATI DELL’IMPRESA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28"/>
        <w:gridCol w:w="6690"/>
      </w:tblGrid>
      <w:tr w:rsidR="0076252A" w14:paraId="415C795F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04544DAC" w14:textId="77777777" w:rsidR="0076252A" w:rsidRDefault="00000000">
            <w:pPr>
              <w:spacing w:after="0"/>
            </w:pPr>
            <w:proofErr w:type="spellStart"/>
            <w:r>
              <w:rPr>
                <w:sz w:val="18"/>
              </w:rPr>
              <w:t>Denominazione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Ragione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sociale</w:t>
            </w:r>
            <w:proofErr w:type="spellEnd"/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134603B" w14:textId="77777777" w:rsidR="0076252A" w:rsidRDefault="0076252A">
            <w:pPr>
              <w:spacing w:after="0"/>
            </w:pPr>
          </w:p>
        </w:tc>
      </w:tr>
      <w:tr w:rsidR="0076252A" w14:paraId="5714D149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13A9055C" w14:textId="77777777" w:rsidR="0076252A" w:rsidRDefault="00000000">
            <w:pPr>
              <w:spacing w:after="0"/>
            </w:pPr>
            <w:r>
              <w:rPr>
                <w:sz w:val="18"/>
              </w:rPr>
              <w:t>Sede legale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63F57B6" w14:textId="77777777" w:rsidR="0076252A" w:rsidRDefault="0076252A">
            <w:pPr>
              <w:spacing w:after="0"/>
            </w:pPr>
          </w:p>
        </w:tc>
      </w:tr>
      <w:tr w:rsidR="0076252A" w14:paraId="2668A6D0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54ADB423" w14:textId="77777777" w:rsidR="0076252A" w:rsidRDefault="00000000">
            <w:pPr>
              <w:spacing w:after="0"/>
            </w:pPr>
            <w:r>
              <w:rPr>
                <w:sz w:val="18"/>
              </w:rPr>
              <w:t>Sede operativa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6E47BA8" w14:textId="77777777" w:rsidR="0076252A" w:rsidRDefault="0076252A">
            <w:pPr>
              <w:spacing w:after="0"/>
            </w:pPr>
          </w:p>
        </w:tc>
      </w:tr>
      <w:tr w:rsidR="0076252A" w14:paraId="28310834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17D437AE" w14:textId="77777777" w:rsidR="0076252A" w:rsidRDefault="00000000">
            <w:pPr>
              <w:spacing w:after="0"/>
            </w:pPr>
            <w:r>
              <w:rPr>
                <w:sz w:val="18"/>
              </w:rPr>
              <w:t>Comune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368D7F1" w14:textId="77777777" w:rsidR="0076252A" w:rsidRDefault="0076252A">
            <w:pPr>
              <w:spacing w:after="0"/>
            </w:pPr>
          </w:p>
        </w:tc>
      </w:tr>
      <w:tr w:rsidR="0076252A" w14:paraId="0D621C0E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7C146996" w14:textId="77777777" w:rsidR="0076252A" w:rsidRDefault="00000000">
            <w:pPr>
              <w:spacing w:after="0"/>
            </w:pPr>
            <w:r>
              <w:rPr>
                <w:sz w:val="18"/>
              </w:rPr>
              <w:t>C.F. / P. IVA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6239043" w14:textId="77777777" w:rsidR="0076252A" w:rsidRDefault="0076252A">
            <w:pPr>
              <w:spacing w:after="0"/>
            </w:pPr>
          </w:p>
        </w:tc>
      </w:tr>
      <w:tr w:rsidR="0076252A" w14:paraId="55C94F35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07DB0408" w14:textId="77777777" w:rsidR="0076252A" w:rsidRDefault="00000000">
            <w:pPr>
              <w:spacing w:after="0"/>
            </w:pPr>
            <w:r>
              <w:rPr>
                <w:sz w:val="18"/>
              </w:rPr>
              <w:t>Legale rappresentante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8364A32" w14:textId="77777777" w:rsidR="0076252A" w:rsidRDefault="0076252A">
            <w:pPr>
              <w:spacing w:after="0"/>
            </w:pPr>
          </w:p>
        </w:tc>
      </w:tr>
      <w:tr w:rsidR="0076252A" w14:paraId="1528A2C9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26F08596" w14:textId="77777777" w:rsidR="0076252A" w:rsidRDefault="00000000">
            <w:pPr>
              <w:spacing w:after="0"/>
            </w:pPr>
            <w:r>
              <w:rPr>
                <w:sz w:val="18"/>
              </w:rPr>
              <w:t>Telefono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441A375" w14:textId="77777777" w:rsidR="0076252A" w:rsidRDefault="0076252A">
            <w:pPr>
              <w:spacing w:after="0"/>
            </w:pPr>
          </w:p>
        </w:tc>
      </w:tr>
      <w:tr w:rsidR="0076252A" w14:paraId="0922DDC3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52F9C66B" w14:textId="77777777" w:rsidR="0076252A" w:rsidRDefault="00000000">
            <w:pPr>
              <w:spacing w:after="0"/>
            </w:pPr>
            <w:r>
              <w:rPr>
                <w:sz w:val="18"/>
              </w:rPr>
              <w:t>E-mail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33DE910" w14:textId="77777777" w:rsidR="0076252A" w:rsidRDefault="0076252A">
            <w:pPr>
              <w:spacing w:after="0"/>
            </w:pPr>
          </w:p>
        </w:tc>
      </w:tr>
      <w:tr w:rsidR="0076252A" w14:paraId="60B65835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19A2383E" w14:textId="77777777" w:rsidR="0076252A" w:rsidRDefault="00000000">
            <w:pPr>
              <w:spacing w:after="0"/>
            </w:pPr>
            <w:r>
              <w:rPr>
                <w:sz w:val="18"/>
              </w:rPr>
              <w:t>PEC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F54510D" w14:textId="77777777" w:rsidR="0076252A" w:rsidRDefault="0076252A">
            <w:pPr>
              <w:spacing w:after="0"/>
            </w:pPr>
          </w:p>
        </w:tc>
      </w:tr>
      <w:tr w:rsidR="0076252A" w14:paraId="0D50FE59" w14:textId="77777777" w:rsidTr="00152329">
        <w:trPr>
          <w:jc w:val="center"/>
        </w:trPr>
        <w:tc>
          <w:tcPr>
            <w:tcW w:w="32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DEDED"/>
            <w:vAlign w:val="center"/>
          </w:tcPr>
          <w:p w14:paraId="4E62C617" w14:textId="77777777" w:rsidR="0076252A" w:rsidRDefault="00000000">
            <w:pPr>
              <w:spacing w:after="0"/>
            </w:pPr>
            <w:r>
              <w:rPr>
                <w:sz w:val="18"/>
              </w:rPr>
              <w:t>Sito web / Social</w:t>
            </w:r>
          </w:p>
        </w:tc>
        <w:tc>
          <w:tcPr>
            <w:tcW w:w="66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E563C38" w14:textId="77777777" w:rsidR="0076252A" w:rsidRDefault="0076252A">
            <w:pPr>
              <w:spacing w:after="0"/>
            </w:pPr>
          </w:p>
        </w:tc>
      </w:tr>
    </w:tbl>
    <w:p w14:paraId="773A532D" w14:textId="77777777" w:rsidR="0076252A" w:rsidRDefault="00000000" w:rsidP="00152329">
      <w:pPr>
        <w:spacing w:before="120" w:after="60"/>
        <w:jc w:val="center"/>
      </w:pPr>
      <w:r>
        <w:rPr>
          <w:b/>
          <w:sz w:val="22"/>
        </w:rPr>
        <w:t>SETTORE E PRODUZIONI</w:t>
      </w:r>
    </w:p>
    <w:p w14:paraId="1395E40E" w14:textId="77777777" w:rsidR="0076252A" w:rsidRDefault="00000000">
      <w:pPr>
        <w:spacing w:after="40"/>
      </w:pPr>
      <w:r>
        <w:t>L’impresa opera prevalentemente nel seguente settore (barrare):</w:t>
      </w:r>
    </w:p>
    <w:p w14:paraId="48B47BA3" w14:textId="0C7D6BA6" w:rsidR="0076252A" w:rsidRDefault="00000000">
      <w:pPr>
        <w:spacing w:after="20"/>
      </w:pPr>
      <w:r>
        <w:t xml:space="preserve">☐ Vino    ☐ Olio    ☐ </w:t>
      </w:r>
      <w:proofErr w:type="spellStart"/>
      <w:r>
        <w:t>Formaggi</w:t>
      </w:r>
      <w:proofErr w:type="spellEnd"/>
      <w:r>
        <w:t xml:space="preserve">    ☐ Salumi</w:t>
      </w:r>
      <w:r w:rsidR="00152329">
        <w:t xml:space="preserve"> </w:t>
      </w:r>
      <w:r>
        <w:t xml:space="preserve">☐ Conserve    ☐ </w:t>
      </w:r>
      <w:proofErr w:type="spellStart"/>
      <w:r>
        <w:t>Prodotti</w:t>
      </w:r>
      <w:proofErr w:type="spellEnd"/>
      <w:r>
        <w:t xml:space="preserve"> da forno    ☐ Miele    ☐ Dolci tradizionali</w:t>
      </w:r>
    </w:p>
    <w:p w14:paraId="4EF80557" w14:textId="77777777" w:rsidR="0076252A" w:rsidRDefault="00000000">
      <w:pPr>
        <w:spacing w:after="20"/>
      </w:pPr>
      <w:r>
        <w:t>☐ Ortofrutta    ☐ Prodotti biologici    ☐ Prodotti trasformati    ☐ Altro: __________________</w:t>
      </w:r>
    </w:p>
    <w:p w14:paraId="3DAF7167" w14:textId="77777777" w:rsidR="0076252A" w:rsidRDefault="00000000" w:rsidP="00152329">
      <w:pPr>
        <w:spacing w:before="100" w:after="60"/>
        <w:jc w:val="center"/>
      </w:pPr>
      <w:r>
        <w:rPr>
          <w:b/>
          <w:sz w:val="22"/>
        </w:rPr>
        <w:t>MANIFESTA IL PROPRIO INTERESSE</w:t>
      </w:r>
    </w:p>
    <w:p w14:paraId="0E9E58E2" w14:textId="3EF177FB" w:rsidR="0076252A" w:rsidRDefault="00000000" w:rsidP="00152329">
      <w:pPr>
        <w:spacing w:after="80"/>
        <w:jc w:val="both"/>
      </w:pPr>
      <w:r>
        <w:t xml:space="preserve">a partecipare alle attività di </w:t>
      </w:r>
      <w:proofErr w:type="spellStart"/>
      <w:r>
        <w:t>promozione</w:t>
      </w:r>
      <w:proofErr w:type="spellEnd"/>
      <w:r>
        <w:t xml:space="preserve"> e </w:t>
      </w:r>
      <w:proofErr w:type="spellStart"/>
      <w:r>
        <w:t>internazionalizzazione</w:t>
      </w:r>
      <w:proofErr w:type="spellEnd"/>
      <w:r>
        <w:t xml:space="preserve"> </w:t>
      </w:r>
      <w:proofErr w:type="spellStart"/>
      <w:r w:rsidR="00152329">
        <w:t>collettiva</w:t>
      </w:r>
      <w:proofErr w:type="spellEnd"/>
      <w:r w:rsidR="00152329"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nell’ambito</w:t>
      </w:r>
      <w:proofErr w:type="spellEnd"/>
      <w:r>
        <w:t xml:space="preserve"> di “IBLEI INTERNATIONAL EXPERIENCE 2026/2027”, con particolare riferimento alla presenza alla Taormina Food Expo dal 12 al 15 novembre 2026 presso il Palazzo dei Congressi di Taormina.</w:t>
      </w:r>
    </w:p>
    <w:p w14:paraId="02B3D1FE" w14:textId="77777777" w:rsidR="00152329" w:rsidRDefault="00000000" w:rsidP="00152329">
      <w:pPr>
        <w:spacing w:after="40"/>
      </w:pPr>
      <w:r>
        <w:t xml:space="preserve">L’impresa dichiara inoltre il proprio interesse, ove selezionata e secondo le modalità organizzative che saranno comunicate, a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>:</w:t>
      </w:r>
      <w:r w:rsidR="00152329">
        <w:t xml:space="preserve"> </w:t>
      </w:r>
    </w:p>
    <w:p w14:paraId="458ABA92" w14:textId="3FB44B26" w:rsidR="0076252A" w:rsidRDefault="00000000" w:rsidP="00152329">
      <w:pPr>
        <w:spacing w:after="40"/>
      </w:pPr>
      <w:r>
        <w:t xml:space="preserve">☐ </w:t>
      </w:r>
      <w:proofErr w:type="spellStart"/>
      <w:r>
        <w:t>Incontri</w:t>
      </w:r>
      <w:proofErr w:type="spellEnd"/>
      <w:r>
        <w:t xml:space="preserve"> </w:t>
      </w:r>
      <w:proofErr w:type="spellStart"/>
      <w:r>
        <w:t>commerciali</w:t>
      </w:r>
      <w:proofErr w:type="spellEnd"/>
      <w:r>
        <w:t xml:space="preserve"> e B2B</w:t>
      </w:r>
    </w:p>
    <w:p w14:paraId="7F9C8598" w14:textId="77777777" w:rsidR="0076252A" w:rsidRDefault="00000000" w:rsidP="00152329">
      <w:pPr>
        <w:spacing w:before="100" w:after="60"/>
        <w:jc w:val="center"/>
      </w:pPr>
      <w:r>
        <w:rPr>
          <w:b/>
          <w:sz w:val="22"/>
        </w:rPr>
        <w:t>DICHIARAZIONI</w:t>
      </w:r>
    </w:p>
    <w:p w14:paraId="32BE2097" w14:textId="77777777" w:rsidR="0076252A" w:rsidRPr="00152329" w:rsidRDefault="00000000" w:rsidP="00152329">
      <w:pPr>
        <w:spacing w:after="40"/>
      </w:pPr>
      <w:r w:rsidRPr="00152329">
        <w:rPr>
          <w:rFonts w:ascii="Segoe UI Symbol" w:hAnsi="Segoe UI Symbol" w:cs="Segoe UI Symbol"/>
        </w:rPr>
        <w:t>☐</w:t>
      </w:r>
      <w:r w:rsidRPr="00152329">
        <w:t xml:space="preserve"> che i dati riportati nella presente manifestazione di interesse sono veritieri;</w:t>
      </w:r>
    </w:p>
    <w:p w14:paraId="42F50ACF" w14:textId="77777777" w:rsidR="0076252A" w:rsidRPr="00152329" w:rsidRDefault="00000000" w:rsidP="00152329">
      <w:pPr>
        <w:spacing w:after="40"/>
      </w:pPr>
      <w:r w:rsidRPr="00152329">
        <w:rPr>
          <w:rFonts w:ascii="Segoe UI Symbol" w:hAnsi="Segoe UI Symbol" w:cs="Segoe UI Symbol"/>
        </w:rPr>
        <w:t>☐</w:t>
      </w:r>
      <w:r w:rsidRPr="00152329">
        <w:t xml:space="preserve"> di essere disponibile a fornire schede aziendali, fotografie, loghi, cataloghi e ogni altro materiale utile alla promozione dell’impresa e dei prodotti;</w:t>
      </w:r>
    </w:p>
    <w:p w14:paraId="4DAC8BC1" w14:textId="77777777" w:rsidR="0076252A" w:rsidRPr="00152329" w:rsidRDefault="00000000" w:rsidP="00152329">
      <w:pPr>
        <w:spacing w:after="40"/>
      </w:pPr>
      <w:r w:rsidRPr="00152329">
        <w:rPr>
          <w:rFonts w:ascii="Segoe UI Symbol" w:hAnsi="Segoe UI Symbol" w:cs="Segoe UI Symbol"/>
        </w:rPr>
        <w:t>☐</w:t>
      </w:r>
      <w:r w:rsidRPr="00152329">
        <w:t xml:space="preserve"> di essere disponibile a consegnare, secondo le indicazioni organizzative, campioni/prodotti destinati all’esposizione e/o degustazione, ove richiesto;</w:t>
      </w:r>
    </w:p>
    <w:p w14:paraId="6F7A3BCF" w14:textId="77777777" w:rsidR="0076252A" w:rsidRPr="00152329" w:rsidRDefault="00000000" w:rsidP="00152329">
      <w:pPr>
        <w:spacing w:after="40"/>
      </w:pPr>
      <w:r w:rsidRPr="00152329">
        <w:rPr>
          <w:rFonts w:ascii="Segoe UI Symbol" w:hAnsi="Segoe UI Symbol" w:cs="Segoe UI Symbol"/>
        </w:rPr>
        <w:t>☐</w:t>
      </w:r>
      <w:r w:rsidRPr="00152329">
        <w:t xml:space="preserve"> di essere consapevole che la presente manifestazione di interesse non costituisce diritto automatico alla partecipazione e che le modalità definitive saranno comunicate dall’organizzazione;</w:t>
      </w:r>
    </w:p>
    <w:p w14:paraId="3F556617" w14:textId="77777777" w:rsidR="0076252A" w:rsidRPr="00152329" w:rsidRDefault="00000000" w:rsidP="00152329">
      <w:pPr>
        <w:spacing w:after="40"/>
      </w:pPr>
      <w:r w:rsidRPr="00152329">
        <w:rPr>
          <w:rFonts w:ascii="Segoe UI Symbol" w:hAnsi="Segoe UI Symbol" w:cs="Segoe UI Symbol"/>
        </w:rPr>
        <w:t>☐</w:t>
      </w:r>
      <w:r w:rsidRPr="00152329">
        <w:t xml:space="preserve"> di autorizzare l’utilizzo dei dati, delle immagini, del logo aziendale e dei materiali forniti esclusivamente per le finalità connesse all’iniziativa, nel rispetto della normativa vigente.</w:t>
      </w:r>
    </w:p>
    <w:p w14:paraId="4A3A5DCA" w14:textId="77777777" w:rsidR="0076252A" w:rsidRDefault="00000000" w:rsidP="00152329">
      <w:pPr>
        <w:spacing w:before="100" w:after="40"/>
        <w:jc w:val="center"/>
      </w:pPr>
      <w:r>
        <w:rPr>
          <w:b/>
          <w:sz w:val="22"/>
        </w:rPr>
        <w:lastRenderedPageBreak/>
        <w:t>ALLEGATI</w:t>
      </w:r>
    </w:p>
    <w:p w14:paraId="6A749C0A" w14:textId="77777777" w:rsidR="00093B16" w:rsidRDefault="00000000" w:rsidP="00152329">
      <w:pPr>
        <w:spacing w:after="40"/>
        <w:rPr>
          <w:rFonts w:ascii="Segoe UI Symbol" w:hAnsi="Segoe UI Symbol" w:cs="Segoe UI Symbol"/>
        </w:rPr>
      </w:pPr>
      <w:r w:rsidRPr="00152329">
        <w:rPr>
          <w:rFonts w:ascii="Segoe UI Symbol" w:hAnsi="Segoe UI Symbol" w:cs="Segoe UI Symbol"/>
        </w:rPr>
        <w:t xml:space="preserve">☐ Documento di </w:t>
      </w:r>
      <w:proofErr w:type="spellStart"/>
      <w:r w:rsidRPr="00152329">
        <w:rPr>
          <w:rFonts w:ascii="Segoe UI Symbol" w:hAnsi="Segoe UI Symbol" w:cs="Segoe UI Symbol"/>
        </w:rPr>
        <w:t>identità</w:t>
      </w:r>
      <w:proofErr w:type="spellEnd"/>
      <w:r w:rsidRPr="00152329">
        <w:rPr>
          <w:rFonts w:ascii="Segoe UI Symbol" w:hAnsi="Segoe UI Symbol" w:cs="Segoe UI Symbol"/>
        </w:rPr>
        <w:t xml:space="preserve"> del </w:t>
      </w:r>
      <w:proofErr w:type="spellStart"/>
      <w:r w:rsidRPr="00152329">
        <w:rPr>
          <w:rFonts w:ascii="Segoe UI Symbol" w:hAnsi="Segoe UI Symbol" w:cs="Segoe UI Symbol"/>
        </w:rPr>
        <w:t>sottoscrittore</w:t>
      </w:r>
      <w:proofErr w:type="spellEnd"/>
      <w:r w:rsidR="00093B16">
        <w:rPr>
          <w:rFonts w:ascii="Segoe UI Symbol" w:hAnsi="Segoe UI Symbol" w:cs="Segoe UI Symbol"/>
        </w:rPr>
        <w:t xml:space="preserve"> </w:t>
      </w:r>
    </w:p>
    <w:p w14:paraId="2D4D1850" w14:textId="0ED3B287" w:rsidR="0076252A" w:rsidRPr="00152329" w:rsidRDefault="00000000" w:rsidP="00152329">
      <w:pPr>
        <w:spacing w:after="40"/>
        <w:rPr>
          <w:rFonts w:ascii="Segoe UI Symbol" w:hAnsi="Segoe UI Symbol" w:cs="Segoe UI Symbol"/>
        </w:rPr>
      </w:pPr>
      <w:r w:rsidRPr="00152329">
        <w:rPr>
          <w:rFonts w:ascii="Segoe UI Symbol" w:hAnsi="Segoe UI Symbol" w:cs="Segoe UI Symbol"/>
        </w:rPr>
        <w:t xml:space="preserve">☐ </w:t>
      </w:r>
      <w:proofErr w:type="spellStart"/>
      <w:r w:rsidRPr="00152329">
        <w:rPr>
          <w:rFonts w:ascii="Segoe UI Symbol" w:hAnsi="Segoe UI Symbol" w:cs="Segoe UI Symbol"/>
        </w:rPr>
        <w:t>Scheda</w:t>
      </w:r>
      <w:proofErr w:type="spellEnd"/>
      <w:r w:rsidRPr="00152329">
        <w:rPr>
          <w:rFonts w:ascii="Segoe UI Symbol" w:hAnsi="Segoe UI Symbol" w:cs="Segoe UI Symbol"/>
        </w:rPr>
        <w:t xml:space="preserve"> </w:t>
      </w:r>
      <w:proofErr w:type="spellStart"/>
      <w:r w:rsidRPr="00152329">
        <w:rPr>
          <w:rFonts w:ascii="Segoe UI Symbol" w:hAnsi="Segoe UI Symbol" w:cs="Segoe UI Symbol"/>
        </w:rPr>
        <w:t>aziendale</w:t>
      </w:r>
      <w:proofErr w:type="spellEnd"/>
      <w:r w:rsidRPr="00152329">
        <w:rPr>
          <w:rFonts w:ascii="Segoe UI Symbol" w:hAnsi="Segoe UI Symbol" w:cs="Segoe UI Symbol"/>
        </w:rPr>
        <w:t xml:space="preserve"> e/o catalogo prodotti (facoltativo)</w:t>
      </w:r>
    </w:p>
    <w:p w14:paraId="01AA713C" w14:textId="77777777" w:rsidR="0076252A" w:rsidRPr="00152329" w:rsidRDefault="00000000" w:rsidP="00152329">
      <w:pPr>
        <w:spacing w:after="40"/>
        <w:rPr>
          <w:rFonts w:ascii="Segoe UI Symbol" w:hAnsi="Segoe UI Symbol" w:cs="Segoe UI Symbol"/>
        </w:rPr>
      </w:pPr>
      <w:r w:rsidRPr="00152329">
        <w:rPr>
          <w:rFonts w:ascii="Segoe UI Symbol" w:hAnsi="Segoe UI Symbol" w:cs="Segoe UI Symbol"/>
        </w:rPr>
        <w:t>☐ Logo aziendale in formato digitale (facoltativo)</w:t>
      </w:r>
    </w:p>
    <w:p w14:paraId="3B821358" w14:textId="77777777" w:rsidR="00152329" w:rsidRPr="00152329" w:rsidRDefault="00152329" w:rsidP="00152329">
      <w:pPr>
        <w:spacing w:after="40"/>
        <w:rPr>
          <w:rFonts w:ascii="Segoe UI Symbol" w:hAnsi="Segoe UI Symbol" w:cs="Segoe UI Symbol"/>
        </w:rPr>
      </w:pPr>
    </w:p>
    <w:p w14:paraId="02C6B8CF" w14:textId="03E9CDA0" w:rsidR="0076252A" w:rsidRPr="00152329" w:rsidRDefault="00000000" w:rsidP="00152329">
      <w:pPr>
        <w:spacing w:after="40"/>
        <w:rPr>
          <w:rFonts w:ascii="Segoe UI Symbol" w:hAnsi="Segoe UI Symbol" w:cs="Segoe UI Symbol"/>
        </w:rPr>
      </w:pPr>
      <w:proofErr w:type="spellStart"/>
      <w:r w:rsidRPr="00152329">
        <w:rPr>
          <w:rFonts w:ascii="Segoe UI Symbol" w:hAnsi="Segoe UI Symbol" w:cs="Segoe UI Symbol"/>
        </w:rPr>
        <w:t>Eventuali</w:t>
      </w:r>
      <w:proofErr w:type="spellEnd"/>
      <w:r w:rsidRPr="00152329">
        <w:rPr>
          <w:rFonts w:ascii="Segoe UI Symbol" w:hAnsi="Segoe UI Symbol" w:cs="Segoe UI Symbol"/>
        </w:rPr>
        <w:t xml:space="preserve"> note o </w:t>
      </w:r>
      <w:proofErr w:type="spellStart"/>
      <w:r w:rsidRPr="00152329">
        <w:rPr>
          <w:rFonts w:ascii="Segoe UI Symbol" w:hAnsi="Segoe UI Symbol" w:cs="Segoe UI Symbol"/>
        </w:rPr>
        <w:t>esigenze</w:t>
      </w:r>
      <w:proofErr w:type="spellEnd"/>
      <w:r w:rsidRPr="00152329">
        <w:rPr>
          <w:rFonts w:ascii="Segoe UI Symbol" w:hAnsi="Segoe UI Symbol" w:cs="Segoe UI Symbol"/>
        </w:rPr>
        <w:t xml:space="preserve"> </w:t>
      </w:r>
      <w:proofErr w:type="spellStart"/>
      <w:r w:rsidRPr="00152329">
        <w:rPr>
          <w:rFonts w:ascii="Segoe UI Symbol" w:hAnsi="Segoe UI Symbol" w:cs="Segoe UI Symbol"/>
        </w:rPr>
        <w:t>particolari</w:t>
      </w:r>
      <w:proofErr w:type="spellEnd"/>
      <w:r w:rsidRPr="00152329">
        <w:rPr>
          <w:rFonts w:ascii="Segoe UI Symbol" w:hAnsi="Segoe UI Symbol" w:cs="Segoe UI Symbol"/>
        </w:rPr>
        <w:t>:</w:t>
      </w:r>
    </w:p>
    <w:p w14:paraId="5E952FF5" w14:textId="77777777" w:rsidR="00152329" w:rsidRPr="00152329" w:rsidRDefault="00152329" w:rsidP="00152329">
      <w:pPr>
        <w:spacing w:after="40"/>
        <w:rPr>
          <w:rFonts w:ascii="Segoe UI Symbol" w:hAnsi="Segoe UI Symbol" w:cs="Segoe UI Symbol"/>
        </w:rPr>
      </w:pPr>
    </w:p>
    <w:p w14:paraId="675B244D" w14:textId="77777777" w:rsidR="00152329" w:rsidRDefault="00152329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76252A" w14:paraId="2A9271C0" w14:textId="77777777">
        <w:trPr>
          <w:jc w:val="center"/>
        </w:trPr>
        <w:tc>
          <w:tcPr>
            <w:tcW w:w="5156" w:type="dxa"/>
          </w:tcPr>
          <w:p w14:paraId="2A23283D" w14:textId="77777777" w:rsidR="00152329" w:rsidRDefault="00000000">
            <w:pPr>
              <w:jc w:val="center"/>
            </w:pPr>
            <w:r>
              <w:t>Luogo e data</w:t>
            </w:r>
            <w:r>
              <w:br/>
            </w:r>
          </w:p>
          <w:p w14:paraId="207F84D1" w14:textId="2A80CC1C" w:rsidR="0076252A" w:rsidRDefault="00000000">
            <w:pPr>
              <w:jc w:val="center"/>
            </w:pPr>
            <w:r>
              <w:t>____________________________</w:t>
            </w:r>
          </w:p>
        </w:tc>
        <w:tc>
          <w:tcPr>
            <w:tcW w:w="5156" w:type="dxa"/>
          </w:tcPr>
          <w:p w14:paraId="14096BE7" w14:textId="77777777" w:rsidR="00152329" w:rsidRDefault="00000000">
            <w:pPr>
              <w:jc w:val="center"/>
            </w:pPr>
            <w:proofErr w:type="spellStart"/>
            <w:r>
              <w:t>Firma</w:t>
            </w:r>
            <w:proofErr w:type="spellEnd"/>
            <w:r>
              <w:t xml:space="preserve"> del </w:t>
            </w:r>
            <w:proofErr w:type="spellStart"/>
            <w:r w:rsidR="00152329">
              <w:t>titolare</w:t>
            </w:r>
            <w:proofErr w:type="spellEnd"/>
            <w:r w:rsidR="00152329">
              <w:t>/</w:t>
            </w:r>
            <w:proofErr w:type="spellStart"/>
            <w:r w:rsidR="00152329">
              <w:t>L</w:t>
            </w:r>
            <w:r>
              <w:t>egale</w:t>
            </w:r>
            <w:proofErr w:type="spellEnd"/>
            <w:r>
              <w:t xml:space="preserve"> rappresentante</w:t>
            </w:r>
            <w:r>
              <w:br/>
            </w:r>
          </w:p>
          <w:p w14:paraId="57170E75" w14:textId="21CB6C60" w:rsidR="0076252A" w:rsidRDefault="00000000">
            <w:pPr>
              <w:jc w:val="center"/>
            </w:pPr>
            <w:r>
              <w:t>____________________________</w:t>
            </w:r>
          </w:p>
        </w:tc>
      </w:tr>
    </w:tbl>
    <w:p w14:paraId="4F22A505" w14:textId="4D6D2A13" w:rsidR="0076252A" w:rsidRDefault="00152329">
      <w:pPr>
        <w:spacing w:before="100" w:after="0"/>
        <w:jc w:val="center"/>
      </w:pPr>
      <w:r>
        <w:rPr>
          <w:i/>
          <w:sz w:val="18"/>
        </w:rPr>
        <w:t xml:space="preserve">                                                                                                                 </w:t>
      </w:r>
      <w:r w:rsidR="00000000">
        <w:rPr>
          <w:i/>
          <w:sz w:val="18"/>
        </w:rPr>
        <w:t xml:space="preserve">Timbro </w:t>
      </w:r>
      <w:proofErr w:type="spellStart"/>
      <w:r w:rsidR="00000000">
        <w:rPr>
          <w:i/>
          <w:sz w:val="18"/>
        </w:rPr>
        <w:t>dell’impresa</w:t>
      </w:r>
      <w:proofErr w:type="spellEnd"/>
      <w:r w:rsidR="00000000">
        <w:rPr>
          <w:i/>
          <w:sz w:val="18"/>
        </w:rPr>
        <w:t xml:space="preserve"> (se </w:t>
      </w:r>
      <w:proofErr w:type="spellStart"/>
      <w:r w:rsidR="00000000">
        <w:rPr>
          <w:i/>
          <w:sz w:val="18"/>
        </w:rPr>
        <w:t>disponibile</w:t>
      </w:r>
      <w:proofErr w:type="spellEnd"/>
      <w:r w:rsidR="00000000">
        <w:rPr>
          <w:i/>
          <w:sz w:val="18"/>
        </w:rPr>
        <w:t>)</w:t>
      </w:r>
    </w:p>
    <w:sectPr w:rsidR="0076252A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3F2C3" w14:textId="77777777" w:rsidR="001D3440" w:rsidRDefault="001D3440">
      <w:pPr>
        <w:spacing w:after="0" w:line="240" w:lineRule="auto"/>
      </w:pPr>
      <w:r>
        <w:separator/>
      </w:r>
    </w:p>
  </w:endnote>
  <w:endnote w:type="continuationSeparator" w:id="0">
    <w:p w14:paraId="5F6DC8FE" w14:textId="77777777" w:rsidR="001D3440" w:rsidRDefault="001D3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40F13" w14:textId="77777777" w:rsidR="001D3440" w:rsidRDefault="001D3440">
      <w:pPr>
        <w:spacing w:after="0" w:line="240" w:lineRule="auto"/>
      </w:pPr>
      <w:r>
        <w:separator/>
      </w:r>
    </w:p>
  </w:footnote>
  <w:footnote w:type="continuationSeparator" w:id="0">
    <w:p w14:paraId="4A41C80E" w14:textId="77777777" w:rsidR="001D3440" w:rsidRDefault="001D3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BD76A13"/>
    <w:multiLevelType w:val="multilevel"/>
    <w:tmpl w:val="00F2B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156318">
    <w:abstractNumId w:val="8"/>
  </w:num>
  <w:num w:numId="2" w16cid:durableId="1079519612">
    <w:abstractNumId w:val="6"/>
  </w:num>
  <w:num w:numId="3" w16cid:durableId="2113234135">
    <w:abstractNumId w:val="5"/>
  </w:num>
  <w:num w:numId="4" w16cid:durableId="176430402">
    <w:abstractNumId w:val="4"/>
  </w:num>
  <w:num w:numId="5" w16cid:durableId="6371484">
    <w:abstractNumId w:val="7"/>
  </w:num>
  <w:num w:numId="6" w16cid:durableId="1335186504">
    <w:abstractNumId w:val="3"/>
  </w:num>
  <w:num w:numId="7" w16cid:durableId="812218408">
    <w:abstractNumId w:val="2"/>
  </w:num>
  <w:num w:numId="8" w16cid:durableId="64380640">
    <w:abstractNumId w:val="1"/>
  </w:num>
  <w:num w:numId="9" w16cid:durableId="18052567">
    <w:abstractNumId w:val="0"/>
  </w:num>
  <w:num w:numId="10" w16cid:durableId="12601358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3B16"/>
    <w:rsid w:val="0015074B"/>
    <w:rsid w:val="00152329"/>
    <w:rsid w:val="001D3440"/>
    <w:rsid w:val="0029639D"/>
    <w:rsid w:val="00326F90"/>
    <w:rsid w:val="0076252A"/>
    <w:rsid w:val="00AA1D8D"/>
    <w:rsid w:val="00B47730"/>
    <w:rsid w:val="00CB0664"/>
    <w:rsid w:val="00EB5A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1969A2"/>
  <w14:defaultImageDpi w14:val="300"/>
  <w15:docId w15:val="{20477633-C7B8-43B6-8D52-503B1E6EB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galnatiblei@outlook.it</cp:lastModifiedBy>
  <cp:revision>2</cp:revision>
  <dcterms:created xsi:type="dcterms:W3CDTF">2013-12-23T23:15:00Z</dcterms:created>
  <dcterms:modified xsi:type="dcterms:W3CDTF">2026-10-22T16:23:00Z</dcterms:modified>
  <cp:category/>
</cp:coreProperties>
</file>